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DAE" w14:textId="20DE08C9" w:rsidR="00237D1C" w:rsidRDefault="001A1037">
      <w:pPr>
        <w:pStyle w:val="Heading1"/>
        <w:jc w:val="center"/>
      </w:pPr>
      <w:r>
        <w:t xml:space="preserve">Water </w:t>
      </w:r>
      <w:r w:rsidR="00CC6336">
        <w:t>Facilities</w:t>
      </w:r>
      <w:r>
        <w:t xml:space="preserve"> Superintendent</w:t>
      </w:r>
    </w:p>
    <w:p w14:paraId="7F696A3E" w14:textId="28F93651" w:rsidR="00237D1C" w:rsidRDefault="001A1037">
      <w:pPr>
        <w:jc w:val="center"/>
      </w:pPr>
      <w:r>
        <w:t>Bradford City Water Authority</w:t>
      </w:r>
      <w:r>
        <w:br/>
        <w:t xml:space="preserve">Full-Time • On-Site </w:t>
      </w:r>
    </w:p>
    <w:p w14:paraId="0A1DCB28" w14:textId="77777777" w:rsidR="00237D1C" w:rsidRDefault="001A1037">
      <w:pPr>
        <w:pStyle w:val="Heading2"/>
      </w:pPr>
      <w:r>
        <w:t>Position Overview</w:t>
      </w:r>
    </w:p>
    <w:p w14:paraId="3407701C" w14:textId="05B96D78" w:rsidR="00237D1C" w:rsidRDefault="001A1037">
      <w:r>
        <w:t xml:space="preserve">The Bradford City Water Authority is seeking a highly skilled and motivated Water </w:t>
      </w:r>
      <w:r w:rsidR="00CC6336">
        <w:t xml:space="preserve">Facilities </w:t>
      </w:r>
      <w:r>
        <w:t xml:space="preserve">Superintendent to oversee the daily operations, regulatory compliance, staffing, and long-term capital planning for our Water Treatment Plant </w:t>
      </w:r>
      <w:r w:rsidR="00CC6336">
        <w:t xml:space="preserve">facilities </w:t>
      </w:r>
      <w:r>
        <w:t xml:space="preserve">and </w:t>
      </w:r>
      <w:r w:rsidR="00CC6336">
        <w:t>Distribution</w:t>
      </w:r>
      <w:r>
        <w:t xml:space="preserve"> </w:t>
      </w:r>
      <w:r w:rsidR="00CC6336">
        <w:t>system</w:t>
      </w:r>
      <w:r>
        <w:t>. This leadership role is ideal for a seasoned professional with strong project management expertise, proven supervisory experience, and a background in utility operations — with water/wastewater experience strongly preferred.</w:t>
      </w:r>
      <w:r>
        <w:br/>
      </w:r>
      <w:r>
        <w:br/>
        <w:t>The Superintendent plays a critical part in ensuring safe, reliable, and high-quality drinking water for the communities we serve. This position reports directly to the Executive Director.</w:t>
      </w:r>
    </w:p>
    <w:p w14:paraId="1C64ACF4" w14:textId="77777777" w:rsidR="00237D1C" w:rsidRDefault="001A1037">
      <w:pPr>
        <w:pStyle w:val="Heading2"/>
      </w:pPr>
      <w:r>
        <w:t>Key Responsibilities</w:t>
      </w:r>
    </w:p>
    <w:p w14:paraId="5D4BCAC1" w14:textId="77777777" w:rsidR="00237D1C" w:rsidRDefault="001A1037">
      <w:pPr>
        <w:pStyle w:val="Heading3"/>
      </w:pPr>
      <w:r>
        <w:t>Operations &amp; Compliance</w:t>
      </w:r>
    </w:p>
    <w:p w14:paraId="3FAE3E35" w14:textId="226CB055" w:rsidR="00237D1C" w:rsidRDefault="001A1037">
      <w:pPr>
        <w:pStyle w:val="ListBullet"/>
      </w:pPr>
      <w:r>
        <w:t xml:space="preserve">Oversee daily operations of the Water Treatment Plant </w:t>
      </w:r>
      <w:r w:rsidR="00CC6336">
        <w:t xml:space="preserve">and Distribution System </w:t>
      </w:r>
      <w:r>
        <w:t>to ensure compliance with all PA DEP, EPA, and applicable regulatory standards.</w:t>
      </w:r>
    </w:p>
    <w:p w14:paraId="1A9546E8" w14:textId="77777777" w:rsidR="00237D1C" w:rsidRDefault="001A1037">
      <w:pPr>
        <w:pStyle w:val="ListBullet"/>
      </w:pPr>
      <w:r>
        <w:t>Ensure proper operation of filtration, disinfection, pumping, chemical feed, and SCADA/automation systems.</w:t>
      </w:r>
    </w:p>
    <w:p w14:paraId="6BCDE8FA" w14:textId="77777777" w:rsidR="00237D1C" w:rsidRDefault="001A1037">
      <w:pPr>
        <w:pStyle w:val="ListBullet"/>
      </w:pPr>
      <w:r>
        <w:t>Maintain accurate production, reporting, and regulatory documentation.</w:t>
      </w:r>
    </w:p>
    <w:p w14:paraId="556FAF96" w14:textId="26C93061" w:rsidR="00237D1C" w:rsidRDefault="001A1037">
      <w:pPr>
        <w:pStyle w:val="ListBullet"/>
      </w:pPr>
      <w:r>
        <w:t>Develop</w:t>
      </w:r>
      <w:r w:rsidR="00CC6336">
        <w:t xml:space="preserve">, </w:t>
      </w:r>
      <w:r>
        <w:t xml:space="preserve">implement </w:t>
      </w:r>
      <w:r w:rsidR="00CC6336">
        <w:t xml:space="preserve">and maintain </w:t>
      </w:r>
      <w:r>
        <w:t xml:space="preserve">standard operating procedures (SOPs) for treatment processes, </w:t>
      </w:r>
      <w:r w:rsidR="00CC6336">
        <w:t xml:space="preserve">distribution operations, </w:t>
      </w:r>
      <w:r>
        <w:t>safety, and emergency response.</w:t>
      </w:r>
    </w:p>
    <w:p w14:paraId="38AFF591" w14:textId="77777777" w:rsidR="00237D1C" w:rsidRDefault="001A1037">
      <w:pPr>
        <w:pStyle w:val="Heading3"/>
      </w:pPr>
      <w:r>
        <w:t>Leadership &amp; Supervision</w:t>
      </w:r>
    </w:p>
    <w:p w14:paraId="516CA0FA" w14:textId="09DB8A6B" w:rsidR="00237D1C" w:rsidRDefault="001A1037">
      <w:pPr>
        <w:pStyle w:val="ListBullet"/>
      </w:pPr>
      <w:r>
        <w:t xml:space="preserve">Directly supervise treatment plant operators, </w:t>
      </w:r>
      <w:r w:rsidR="00CC6336">
        <w:t>distribution</w:t>
      </w:r>
      <w:r>
        <w:t xml:space="preserve"> staff, and support personnel.</w:t>
      </w:r>
    </w:p>
    <w:p w14:paraId="4F6886D6" w14:textId="77777777" w:rsidR="00237D1C" w:rsidRDefault="001A1037">
      <w:pPr>
        <w:pStyle w:val="ListBullet"/>
      </w:pPr>
      <w:r>
        <w:t>Provide coaching, training, performance evaluations, and corrective actions when necessary.</w:t>
      </w:r>
    </w:p>
    <w:p w14:paraId="7809AEC8" w14:textId="737E9247" w:rsidR="00237D1C" w:rsidRDefault="001A1037">
      <w:pPr>
        <w:pStyle w:val="ListBullet"/>
      </w:pPr>
      <w:r>
        <w:t>Manage shift coverage, scheduling, and staff development to maintain fully functioning 24/7 operation</w:t>
      </w:r>
      <w:r w:rsidR="00CC6336">
        <w:t>s</w:t>
      </w:r>
      <w:r>
        <w:t>.</w:t>
      </w:r>
    </w:p>
    <w:p w14:paraId="26833634" w14:textId="77777777" w:rsidR="00237D1C" w:rsidRDefault="001A1037">
      <w:pPr>
        <w:pStyle w:val="Heading3"/>
      </w:pPr>
      <w:r>
        <w:t>Project &amp; Capital Management</w:t>
      </w:r>
    </w:p>
    <w:p w14:paraId="12C332FF" w14:textId="16DBF5C2" w:rsidR="00237D1C" w:rsidRDefault="00CC6336">
      <w:pPr>
        <w:pStyle w:val="ListBullet"/>
      </w:pPr>
      <w:r>
        <w:t>Assist the Executive Director in</w:t>
      </w:r>
      <w:r w:rsidR="001A1037">
        <w:t xml:space="preserve"> planning, budgeting, bidding, and execution of major capital improvement projects.</w:t>
      </w:r>
    </w:p>
    <w:p w14:paraId="65882CC3" w14:textId="0E39228A" w:rsidR="00237D1C" w:rsidRDefault="00CC6336">
      <w:pPr>
        <w:pStyle w:val="ListBullet"/>
      </w:pPr>
      <w:r>
        <w:t>Assist the Executive Director in c</w:t>
      </w:r>
      <w:r w:rsidR="001A1037">
        <w:t>oordinat</w:t>
      </w:r>
      <w:r>
        <w:t xml:space="preserve">ing </w:t>
      </w:r>
      <w:r w:rsidR="001A1037">
        <w:t xml:space="preserve">with engineers, contractors, and vendors on scope, timelines, and </w:t>
      </w:r>
      <w:r>
        <w:t>projects</w:t>
      </w:r>
      <w:r w:rsidR="001A1037">
        <w:t>.</w:t>
      </w:r>
    </w:p>
    <w:p w14:paraId="4FA6D6AC" w14:textId="45F7A4E7" w:rsidR="00237D1C" w:rsidRDefault="001A1037">
      <w:pPr>
        <w:pStyle w:val="ListBullet"/>
      </w:pPr>
      <w:r>
        <w:t xml:space="preserve">Assist in long-term strategic planning for plant </w:t>
      </w:r>
      <w:r w:rsidR="00B83DE6">
        <w:t xml:space="preserve">and system </w:t>
      </w:r>
      <w:r>
        <w:t>upgrades, capacity improvements, and modernization initiatives.</w:t>
      </w:r>
    </w:p>
    <w:p w14:paraId="4E865AE0" w14:textId="77777777" w:rsidR="00237D1C" w:rsidRDefault="001A1037">
      <w:pPr>
        <w:pStyle w:val="Heading3"/>
      </w:pPr>
      <w:r>
        <w:lastRenderedPageBreak/>
        <w:t>Asset, Budget &amp; Administrative Duties</w:t>
      </w:r>
    </w:p>
    <w:p w14:paraId="13592DC7" w14:textId="77777777" w:rsidR="00237D1C" w:rsidRDefault="001A1037">
      <w:pPr>
        <w:pStyle w:val="ListBullet"/>
      </w:pPr>
      <w:r>
        <w:t>Oversee maintenance programs for pumps, motors, treatment basins, instrumentation, and control systems.</w:t>
      </w:r>
    </w:p>
    <w:p w14:paraId="5F3DDC12" w14:textId="77777777" w:rsidR="00237D1C" w:rsidRDefault="001A1037">
      <w:pPr>
        <w:pStyle w:val="ListBullet"/>
      </w:pPr>
      <w:r>
        <w:t>Assist with operational budgeting, chemical procurement, and inventory management.</w:t>
      </w:r>
    </w:p>
    <w:p w14:paraId="633081E4" w14:textId="5554B5AB" w:rsidR="00237D1C" w:rsidRDefault="001A1037">
      <w:pPr>
        <w:pStyle w:val="ListBullet"/>
      </w:pPr>
      <w:r>
        <w:t>Prepare reports for management, including operational summaries, incident documentation, and capital project updates.</w:t>
      </w:r>
    </w:p>
    <w:p w14:paraId="56F4027C" w14:textId="77777777" w:rsidR="00237D1C" w:rsidRDefault="001A1037">
      <w:pPr>
        <w:pStyle w:val="Heading3"/>
      </w:pPr>
      <w:r>
        <w:t>Safety &amp; Compliance Culture</w:t>
      </w:r>
    </w:p>
    <w:p w14:paraId="6A103625" w14:textId="77777777" w:rsidR="00237D1C" w:rsidRDefault="001A1037">
      <w:pPr>
        <w:pStyle w:val="ListBullet"/>
      </w:pPr>
      <w:r>
        <w:t>Enforce all safety policies, lock-out/tag-out procedures, and OSHA standards.</w:t>
      </w:r>
    </w:p>
    <w:p w14:paraId="0AFA2740" w14:textId="711D680E" w:rsidR="00237D1C" w:rsidRDefault="00B83DE6">
      <w:pPr>
        <w:pStyle w:val="ListBullet"/>
      </w:pPr>
      <w:r>
        <w:t>Strong participation in</w:t>
      </w:r>
      <w:r w:rsidR="001A1037">
        <w:t xml:space="preserve"> safety meetings, incident investigations, and ongoing risk-reduction initiatives.</w:t>
      </w:r>
    </w:p>
    <w:p w14:paraId="39C074C1" w14:textId="77777777" w:rsidR="00237D1C" w:rsidRDefault="001A1037">
      <w:pPr>
        <w:pStyle w:val="Heading2"/>
      </w:pPr>
      <w:r>
        <w:t>Minimum Qualifications</w:t>
      </w:r>
    </w:p>
    <w:p w14:paraId="230DED56" w14:textId="77777777" w:rsidR="00237D1C" w:rsidRDefault="001A1037">
      <w:pPr>
        <w:pStyle w:val="ListBullet"/>
      </w:pPr>
      <w:r>
        <w:t>3+ years of supervisory or lead operator experience.</w:t>
      </w:r>
    </w:p>
    <w:p w14:paraId="6856C598" w14:textId="77777777" w:rsidR="00237D1C" w:rsidRDefault="001A1037">
      <w:pPr>
        <w:pStyle w:val="ListBullet"/>
      </w:pPr>
      <w:r>
        <w:t>Demonstrated experience managing or assisting with large capital projects ($500k+ preferred).</w:t>
      </w:r>
    </w:p>
    <w:p w14:paraId="63E751C0" w14:textId="77777777" w:rsidR="00237D1C" w:rsidRDefault="001A1037">
      <w:pPr>
        <w:pStyle w:val="ListBullet"/>
      </w:pPr>
      <w:r>
        <w:t>Strong knowledge of regulatory compliance standards (DEP/EPA).</w:t>
      </w:r>
    </w:p>
    <w:p w14:paraId="3C38246B" w14:textId="77777777" w:rsidR="00237D1C" w:rsidRDefault="001A1037">
      <w:pPr>
        <w:pStyle w:val="ListBullet"/>
      </w:pPr>
      <w:r>
        <w:t>Excellent communication, leadership, organization, and documentation skills.</w:t>
      </w:r>
    </w:p>
    <w:p w14:paraId="50D9E567" w14:textId="0846C10D" w:rsidR="00237D1C" w:rsidRDefault="001A1037">
      <w:pPr>
        <w:pStyle w:val="ListBullet"/>
      </w:pPr>
      <w:r>
        <w:t>Proficiency with SCADA, Microsoft Office, and modern plant control systems.</w:t>
      </w:r>
    </w:p>
    <w:p w14:paraId="524273AA" w14:textId="77777777" w:rsidR="00237D1C" w:rsidRDefault="001A1037">
      <w:pPr>
        <w:pStyle w:val="Heading2"/>
      </w:pPr>
      <w:r>
        <w:t>Preferred Qualifications</w:t>
      </w:r>
    </w:p>
    <w:p w14:paraId="075A89BB" w14:textId="16368424" w:rsidR="00695C26" w:rsidRDefault="00695C26" w:rsidP="00695C26">
      <w:pPr>
        <w:pStyle w:val="ListBullet"/>
      </w:pPr>
      <w:r w:rsidRPr="00695C26">
        <w:t>5+ years of experience in water treatment, distribution systems, wastewater, utilities, industrial operations, or a related field.</w:t>
      </w:r>
    </w:p>
    <w:p w14:paraId="5A5C1307" w14:textId="042B2C99" w:rsidR="00237D1C" w:rsidRDefault="001A1037">
      <w:pPr>
        <w:pStyle w:val="ListBullet"/>
      </w:pPr>
      <w:r>
        <w:t>PA DEP Water Operator Certification (Class A; subclasses as applicable).</w:t>
      </w:r>
    </w:p>
    <w:p w14:paraId="1952DE52" w14:textId="77777777" w:rsidR="00237D1C" w:rsidRDefault="001A1037">
      <w:pPr>
        <w:pStyle w:val="ListBullet"/>
      </w:pPr>
      <w:r>
        <w:t>Experience working in a municipal or public utility environment.</w:t>
      </w:r>
    </w:p>
    <w:p w14:paraId="1B279D0C" w14:textId="77777777" w:rsidR="00237D1C" w:rsidRDefault="001A1037">
      <w:pPr>
        <w:pStyle w:val="ListBullet"/>
      </w:pPr>
      <w:r>
        <w:t>Project management credentials (PMI, CMOM, construction oversight experience) are a plus.</w:t>
      </w:r>
    </w:p>
    <w:p w14:paraId="5485EAAF" w14:textId="3243E04C" w:rsidR="00224B5D" w:rsidRDefault="00224B5D">
      <w:pPr>
        <w:pStyle w:val="ListBullet"/>
      </w:pPr>
      <w:r>
        <w:t xml:space="preserve">Proficient management and implementation within GIS technology platforms. </w:t>
      </w:r>
    </w:p>
    <w:p w14:paraId="59C0A41C" w14:textId="77777777" w:rsidR="00237D1C" w:rsidRDefault="001A1037">
      <w:pPr>
        <w:pStyle w:val="ListBullet"/>
      </w:pPr>
      <w:r>
        <w:t>Experience collaborating with engineering firms, contractors, permitting agencies, and funding programs (e.g., PennVEST).</w:t>
      </w:r>
    </w:p>
    <w:p w14:paraId="4E649C57" w14:textId="77777777" w:rsidR="00237D1C" w:rsidRDefault="001A1037">
      <w:pPr>
        <w:pStyle w:val="Heading2"/>
      </w:pPr>
      <w:r>
        <w:t>Work Environment</w:t>
      </w:r>
    </w:p>
    <w:p w14:paraId="04CE8B1A" w14:textId="56F17DF2" w:rsidR="00237D1C" w:rsidRDefault="001A1037">
      <w:pPr>
        <w:pStyle w:val="ListBullet"/>
      </w:pPr>
      <w:r>
        <w:t xml:space="preserve">Primarily on-site at </w:t>
      </w:r>
      <w:r w:rsidR="00B83DE6">
        <w:t xml:space="preserve">both the </w:t>
      </w:r>
      <w:r>
        <w:t>Water Treatment Plant</w:t>
      </w:r>
      <w:r w:rsidR="00B83DE6">
        <w:t xml:space="preserve"> and Distribution facilities</w:t>
      </w:r>
      <w:r>
        <w:t>.</w:t>
      </w:r>
    </w:p>
    <w:p w14:paraId="02BB2197" w14:textId="77777777" w:rsidR="00237D1C" w:rsidRDefault="001A1037">
      <w:pPr>
        <w:pStyle w:val="ListBullet"/>
      </w:pPr>
      <w:r>
        <w:t>Occasional evening or weekend call-outs depending on operational needs.</w:t>
      </w:r>
    </w:p>
    <w:p w14:paraId="600459B9" w14:textId="69AAC805" w:rsidR="00237D1C" w:rsidRDefault="001A1037">
      <w:pPr>
        <w:pStyle w:val="ListBullet"/>
      </w:pPr>
      <w:r>
        <w:t xml:space="preserve">Must be able to climb, lift, work in </w:t>
      </w:r>
      <w:r w:rsidR="00B83DE6">
        <w:t>all weather conditions</w:t>
      </w:r>
      <w:r>
        <w:t xml:space="preserve">, and respond to </w:t>
      </w:r>
      <w:r w:rsidR="00B83DE6">
        <w:t>Authority</w:t>
      </w:r>
      <w:r>
        <w:t xml:space="preserve"> emergencies.</w:t>
      </w:r>
    </w:p>
    <w:p w14:paraId="21F2ED12" w14:textId="77777777" w:rsidR="00237D1C" w:rsidRDefault="001A1037">
      <w:pPr>
        <w:pStyle w:val="Heading2"/>
      </w:pPr>
      <w:r>
        <w:t>Compensation &amp; Benefits</w:t>
      </w:r>
    </w:p>
    <w:p w14:paraId="7F7D945E" w14:textId="77777777" w:rsidR="00237D1C" w:rsidRDefault="001A1037">
      <w:pPr>
        <w:pStyle w:val="ListBullet"/>
      </w:pPr>
      <w:r>
        <w:t>Competitive salary commensurate with experience.</w:t>
      </w:r>
    </w:p>
    <w:p w14:paraId="0FB1C945" w14:textId="77777777" w:rsidR="00237D1C" w:rsidRDefault="001A1037">
      <w:pPr>
        <w:pStyle w:val="ListBullet"/>
      </w:pPr>
      <w:r>
        <w:t>Health, dental, vision, and retirement benefits.</w:t>
      </w:r>
    </w:p>
    <w:p w14:paraId="32831DEE" w14:textId="77777777" w:rsidR="00237D1C" w:rsidRDefault="001A1037">
      <w:pPr>
        <w:pStyle w:val="ListBullet"/>
      </w:pPr>
      <w:r>
        <w:t>Paid vacation, sick leave, and holidays.</w:t>
      </w:r>
    </w:p>
    <w:p w14:paraId="03AE4853" w14:textId="61731B89" w:rsidR="00237D1C" w:rsidRDefault="001A1037" w:rsidP="00695C26">
      <w:pPr>
        <w:pStyle w:val="ListBullet"/>
      </w:pPr>
      <w:r>
        <w:t>Professional development and certification reimbursement opportunities.</w:t>
      </w:r>
    </w:p>
    <w:sectPr w:rsidR="00237D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22734480">
    <w:abstractNumId w:val="8"/>
  </w:num>
  <w:num w:numId="2" w16cid:durableId="913196922">
    <w:abstractNumId w:val="6"/>
  </w:num>
  <w:num w:numId="3" w16cid:durableId="1991205555">
    <w:abstractNumId w:val="5"/>
  </w:num>
  <w:num w:numId="4" w16cid:durableId="42948698">
    <w:abstractNumId w:val="4"/>
  </w:num>
  <w:num w:numId="5" w16cid:durableId="542324166">
    <w:abstractNumId w:val="7"/>
  </w:num>
  <w:num w:numId="6" w16cid:durableId="1174035643">
    <w:abstractNumId w:val="3"/>
  </w:num>
  <w:num w:numId="7" w16cid:durableId="450901161">
    <w:abstractNumId w:val="2"/>
  </w:num>
  <w:num w:numId="8" w16cid:durableId="1624579054">
    <w:abstractNumId w:val="1"/>
  </w:num>
  <w:num w:numId="9" w16cid:durableId="391466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339"/>
    <w:rsid w:val="00034616"/>
    <w:rsid w:val="0006063C"/>
    <w:rsid w:val="0015074B"/>
    <w:rsid w:val="001A1037"/>
    <w:rsid w:val="00224B5D"/>
    <w:rsid w:val="00237D1C"/>
    <w:rsid w:val="0029639D"/>
    <w:rsid w:val="00326F90"/>
    <w:rsid w:val="00677AE4"/>
    <w:rsid w:val="00695C26"/>
    <w:rsid w:val="008578C8"/>
    <w:rsid w:val="00A3055F"/>
    <w:rsid w:val="00AA1D8D"/>
    <w:rsid w:val="00B47730"/>
    <w:rsid w:val="00B66BE5"/>
    <w:rsid w:val="00B83DE6"/>
    <w:rsid w:val="00CB0664"/>
    <w:rsid w:val="00CC6336"/>
    <w:rsid w:val="00CE379B"/>
    <w:rsid w:val="00DB6883"/>
    <w:rsid w:val="00F222E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5EE190"/>
  <w14:defaultImageDpi w14:val="300"/>
  <w15:docId w15:val="{2EDE4823-3294-42C6-A957-91357A046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494</Words>
  <Characters>3580</Characters>
  <Application>Microsoft Office Word</Application>
  <DocSecurity>0</DocSecurity>
  <Lines>73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Steve Disney</cp:lastModifiedBy>
  <cp:revision>7</cp:revision>
  <cp:lastPrinted>2025-12-22T15:34:00Z</cp:lastPrinted>
  <dcterms:created xsi:type="dcterms:W3CDTF">2025-11-19T23:09:00Z</dcterms:created>
  <dcterms:modified xsi:type="dcterms:W3CDTF">2025-12-22T21:05:00Z</dcterms:modified>
  <cp:category/>
</cp:coreProperties>
</file>